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F81F" w14:textId="77CD7294" w:rsidR="000C61F5" w:rsidRPr="000C61F5" w:rsidRDefault="000C61F5" w:rsidP="000C61F5">
      <w:pPr>
        <w:rPr>
          <w:rFonts w:ascii="Aptos" w:hAnsi="Aptos"/>
          <w:bCs/>
          <w:sz w:val="24"/>
          <w:szCs w:val="24"/>
        </w:rPr>
      </w:pPr>
    </w:p>
    <w:p w14:paraId="3ABDF30A" w14:textId="1F07F743" w:rsidR="00285144" w:rsidRPr="000C61F5" w:rsidRDefault="00F97F50">
      <w:pPr>
        <w:jc w:val="center"/>
        <w:rPr>
          <w:rFonts w:ascii="Aptos" w:hAnsi="Aptos"/>
          <w:b/>
          <w:sz w:val="28"/>
          <w:szCs w:val="28"/>
        </w:rPr>
      </w:pPr>
      <w:r w:rsidRPr="000C61F5">
        <w:rPr>
          <w:rFonts w:ascii="Aptos" w:hAnsi="Aptos"/>
          <w:b/>
          <w:sz w:val="28"/>
          <w:szCs w:val="28"/>
        </w:rPr>
        <w:t xml:space="preserve">Souhlas se zařazením telefonního čísla do WhatsApp skupiny třídy </w:t>
      </w:r>
    </w:p>
    <w:p w14:paraId="40F35A99" w14:textId="77777777" w:rsidR="000C61F5" w:rsidRPr="000C61F5" w:rsidRDefault="000C61F5">
      <w:pPr>
        <w:jc w:val="center"/>
        <w:rPr>
          <w:rFonts w:ascii="Aptos" w:hAnsi="Aptos"/>
          <w:bCs/>
          <w:sz w:val="24"/>
          <w:szCs w:val="24"/>
        </w:rPr>
      </w:pPr>
    </w:p>
    <w:p w14:paraId="242195E9" w14:textId="6588000D" w:rsidR="00285144" w:rsidRPr="000C61F5" w:rsidRDefault="00F97F50">
      <w:pPr>
        <w:jc w:val="center"/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Souhlasím s</w:t>
      </w:r>
      <w:r w:rsidR="000C61F5" w:rsidRPr="000C61F5">
        <w:rPr>
          <w:rFonts w:ascii="Aptos" w:hAnsi="Aptos"/>
          <w:bCs/>
          <w:sz w:val="24"/>
          <w:szCs w:val="24"/>
        </w:rPr>
        <w:t>e zařazením</w:t>
      </w:r>
      <w:r w:rsidRPr="000C61F5">
        <w:rPr>
          <w:rFonts w:ascii="Aptos" w:hAnsi="Aptos"/>
          <w:bCs/>
          <w:sz w:val="24"/>
          <w:szCs w:val="24"/>
        </w:rPr>
        <w:t xml:space="preserve"> telefonní</w:t>
      </w:r>
      <w:r w:rsidR="000C61F5" w:rsidRPr="000C61F5">
        <w:rPr>
          <w:rFonts w:ascii="Aptos" w:hAnsi="Aptos"/>
          <w:bCs/>
          <w:sz w:val="24"/>
          <w:szCs w:val="24"/>
        </w:rPr>
        <w:t>ho</w:t>
      </w:r>
      <w:r w:rsidRPr="000C61F5">
        <w:rPr>
          <w:rFonts w:ascii="Aptos" w:hAnsi="Aptos"/>
          <w:bCs/>
          <w:sz w:val="24"/>
          <w:szCs w:val="24"/>
        </w:rPr>
        <w:t xml:space="preserve"> čísl</w:t>
      </w:r>
      <w:r w:rsidR="000C61F5" w:rsidRPr="000C61F5">
        <w:rPr>
          <w:rFonts w:ascii="Aptos" w:hAnsi="Aptos"/>
          <w:bCs/>
          <w:sz w:val="24"/>
          <w:szCs w:val="24"/>
        </w:rPr>
        <w:t>a zákonného zástupce</w:t>
      </w:r>
      <w:r w:rsidRPr="000C61F5">
        <w:rPr>
          <w:rFonts w:ascii="Aptos" w:hAnsi="Aptos"/>
          <w:bCs/>
          <w:sz w:val="24"/>
          <w:szCs w:val="24"/>
        </w:rPr>
        <w:t xml:space="preserve"> </w:t>
      </w:r>
      <w:r w:rsidRPr="000C61F5">
        <w:rPr>
          <w:rFonts w:ascii="Aptos" w:hAnsi="Aptos"/>
          <w:bCs/>
          <w:sz w:val="24"/>
          <w:szCs w:val="24"/>
        </w:rPr>
        <w:t xml:space="preserve">do </w:t>
      </w:r>
      <w:r w:rsidR="000C61F5" w:rsidRPr="000C61F5">
        <w:rPr>
          <w:rFonts w:ascii="Aptos" w:hAnsi="Aptos"/>
          <w:bCs/>
          <w:sz w:val="24"/>
          <w:szCs w:val="24"/>
        </w:rPr>
        <w:t xml:space="preserve">třídní </w:t>
      </w:r>
      <w:r w:rsidRPr="000C61F5">
        <w:rPr>
          <w:rFonts w:ascii="Aptos" w:hAnsi="Aptos"/>
          <w:bCs/>
          <w:sz w:val="24"/>
          <w:szCs w:val="24"/>
        </w:rPr>
        <w:t xml:space="preserve">WhatsApp skupiny </w:t>
      </w:r>
    </w:p>
    <w:p w14:paraId="3780D154" w14:textId="188D647C" w:rsidR="00285144" w:rsidRPr="000C61F5" w:rsidRDefault="00F97F50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_____</w:t>
      </w:r>
      <w:r w:rsidRPr="000C61F5">
        <w:rPr>
          <w:rFonts w:ascii="Aptos" w:hAnsi="Aptos"/>
          <w:bCs/>
          <w:sz w:val="24"/>
          <w:szCs w:val="24"/>
        </w:rPr>
        <w:t>_____________________________________________________________________</w:t>
      </w:r>
      <w:r w:rsidR="000C61F5" w:rsidRPr="000C61F5">
        <w:rPr>
          <w:rFonts w:ascii="Aptos" w:hAnsi="Aptos"/>
          <w:bCs/>
          <w:sz w:val="24"/>
          <w:szCs w:val="24"/>
        </w:rPr>
        <w:t>__</w:t>
      </w:r>
      <w:r w:rsidR="00F92971">
        <w:rPr>
          <w:rFonts w:ascii="Aptos" w:hAnsi="Aptos"/>
          <w:bCs/>
          <w:sz w:val="24"/>
          <w:szCs w:val="24"/>
        </w:rPr>
        <w:t>_________</w:t>
      </w:r>
    </w:p>
    <w:p w14:paraId="4784ACFC" w14:textId="77777777" w:rsidR="000C61F5" w:rsidRPr="000C61F5" w:rsidRDefault="000C61F5">
      <w:pPr>
        <w:rPr>
          <w:rFonts w:ascii="Aptos" w:hAnsi="Aptos"/>
          <w:bCs/>
          <w:sz w:val="24"/>
          <w:szCs w:val="24"/>
        </w:rPr>
      </w:pPr>
    </w:p>
    <w:p w14:paraId="63EB5A81" w14:textId="4BDF1064" w:rsidR="00285144" w:rsidRPr="000C61F5" w:rsidRDefault="00F97F50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Tato skupina bude sloužit pouze k informování rodičů o aktuálním dění ve třídě, organizačních záležitostech a dalších důležitých sděleních.</w:t>
      </w:r>
    </w:p>
    <w:p w14:paraId="56FC02A5" w14:textId="77777777" w:rsidR="00285144" w:rsidRPr="000C61F5" w:rsidRDefault="00F97F50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Fotografie dětí nebudou v této skupině zveřejňovány.</w:t>
      </w:r>
    </w:p>
    <w:p w14:paraId="27566FA6" w14:textId="77777777" w:rsidR="000C61F5" w:rsidRPr="000C61F5" w:rsidRDefault="000C61F5">
      <w:pPr>
        <w:rPr>
          <w:rFonts w:ascii="Aptos" w:hAnsi="Aptos"/>
          <w:bCs/>
          <w:sz w:val="24"/>
          <w:szCs w:val="24"/>
        </w:rPr>
      </w:pPr>
    </w:p>
    <w:p w14:paraId="134D4BF9" w14:textId="3C745A8F" w:rsidR="000C61F5" w:rsidRPr="000C61F5" w:rsidRDefault="000C61F5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Třída:--------------------------------------------------------------------------------------------</w:t>
      </w:r>
      <w:r>
        <w:rPr>
          <w:rFonts w:ascii="Aptos" w:hAnsi="Aptos"/>
          <w:bCs/>
          <w:sz w:val="24"/>
          <w:szCs w:val="24"/>
        </w:rPr>
        <w:t>--------------</w:t>
      </w:r>
      <w:r w:rsidRPr="000C61F5">
        <w:rPr>
          <w:rFonts w:ascii="Aptos" w:hAnsi="Aptos"/>
          <w:bCs/>
          <w:sz w:val="24"/>
          <w:szCs w:val="24"/>
        </w:rPr>
        <w:t>-</w:t>
      </w:r>
    </w:p>
    <w:p w14:paraId="181DBB8D" w14:textId="293464C6" w:rsidR="000C61F5" w:rsidRDefault="000C61F5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Jméno dítěte:-------------------------------------------------------------------------------------</w:t>
      </w:r>
      <w:r>
        <w:rPr>
          <w:rFonts w:ascii="Aptos" w:hAnsi="Aptos"/>
          <w:bCs/>
          <w:sz w:val="24"/>
          <w:szCs w:val="24"/>
        </w:rPr>
        <w:t>-----------</w:t>
      </w:r>
    </w:p>
    <w:p w14:paraId="021DE7BD" w14:textId="77777777" w:rsidR="000C61F5" w:rsidRPr="000C61F5" w:rsidRDefault="000C61F5">
      <w:pPr>
        <w:rPr>
          <w:rFonts w:ascii="Aptos" w:hAnsi="Aptos"/>
          <w:bCs/>
          <w:sz w:val="24"/>
          <w:szCs w:val="24"/>
        </w:rPr>
      </w:pPr>
    </w:p>
    <w:p w14:paraId="1CFE507B" w14:textId="77777777" w:rsidR="00285144" w:rsidRPr="000C61F5" w:rsidRDefault="00F97F50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Kontaktní údaje:</w:t>
      </w:r>
    </w:p>
    <w:p w14:paraId="2BF2DFAF" w14:textId="77777777" w:rsidR="000C61F5" w:rsidRPr="000C61F5" w:rsidRDefault="000C61F5">
      <w:pPr>
        <w:rPr>
          <w:rFonts w:ascii="Aptos" w:hAnsi="Aptos"/>
          <w:bCs/>
          <w:sz w:val="24"/>
          <w:szCs w:val="24"/>
        </w:rPr>
      </w:pPr>
    </w:p>
    <w:p w14:paraId="4FB54815" w14:textId="70841DA7" w:rsidR="000C61F5" w:rsidRPr="000C61F5" w:rsidRDefault="000C61F5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 xml:space="preserve">Matka: </w:t>
      </w:r>
      <w:r>
        <w:rPr>
          <w:rFonts w:ascii="Aptos" w:hAnsi="Aptos"/>
          <w:bCs/>
          <w:sz w:val="24"/>
          <w:szCs w:val="24"/>
        </w:rPr>
        <w:t>J</w:t>
      </w:r>
      <w:r w:rsidRPr="000C61F5">
        <w:rPr>
          <w:rFonts w:ascii="Aptos" w:hAnsi="Aptos"/>
          <w:bCs/>
          <w:sz w:val="24"/>
          <w:szCs w:val="24"/>
        </w:rPr>
        <w:t>méno a příjmení:-----------------------------------------------------------------------------------</w:t>
      </w:r>
    </w:p>
    <w:p w14:paraId="7F2ADB82" w14:textId="7F18CD2E" w:rsidR="000C61F5" w:rsidRPr="000C61F5" w:rsidRDefault="000C61F5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Telefonní číslo:-----------------------------------------------------------------------------------------------</w:t>
      </w:r>
    </w:p>
    <w:p w14:paraId="35822880" w14:textId="77777777" w:rsidR="00F97F50" w:rsidRPr="000C61F5" w:rsidRDefault="00F97F50">
      <w:pPr>
        <w:rPr>
          <w:rFonts w:ascii="Aptos" w:hAnsi="Aptos"/>
          <w:bCs/>
          <w:sz w:val="24"/>
          <w:szCs w:val="24"/>
        </w:rPr>
      </w:pPr>
    </w:p>
    <w:p w14:paraId="75AB7B3B" w14:textId="6BCA3DD3" w:rsidR="000C61F5" w:rsidRPr="000C61F5" w:rsidRDefault="000C61F5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Otec: Jméno a příjmení:-----------------------------------------------------------------------------------</w:t>
      </w:r>
      <w:r>
        <w:rPr>
          <w:rFonts w:ascii="Aptos" w:hAnsi="Aptos"/>
          <w:bCs/>
          <w:sz w:val="24"/>
          <w:szCs w:val="24"/>
        </w:rPr>
        <w:t>--</w:t>
      </w:r>
    </w:p>
    <w:p w14:paraId="30C5B55C" w14:textId="3ED7B0A7" w:rsidR="000C61F5" w:rsidRDefault="000C61F5">
      <w:pPr>
        <w:rPr>
          <w:rFonts w:ascii="Aptos" w:hAnsi="Aptos"/>
          <w:bCs/>
          <w:sz w:val="24"/>
          <w:szCs w:val="24"/>
        </w:rPr>
      </w:pPr>
      <w:r w:rsidRPr="000C61F5">
        <w:rPr>
          <w:rFonts w:ascii="Aptos" w:hAnsi="Aptos"/>
          <w:bCs/>
          <w:sz w:val="24"/>
          <w:szCs w:val="24"/>
        </w:rPr>
        <w:t>Telefonní číslo:-----------------------------------------------------------------------------------------------</w:t>
      </w:r>
    </w:p>
    <w:p w14:paraId="209334EF" w14:textId="77777777" w:rsidR="000C61F5" w:rsidRDefault="000C61F5">
      <w:pPr>
        <w:rPr>
          <w:rFonts w:ascii="Aptos" w:hAnsi="Aptos"/>
          <w:bCs/>
          <w:sz w:val="24"/>
          <w:szCs w:val="24"/>
        </w:rPr>
      </w:pPr>
    </w:p>
    <w:p w14:paraId="534B4D90" w14:textId="77777777" w:rsidR="000C61F5" w:rsidRDefault="000C61F5">
      <w:pPr>
        <w:rPr>
          <w:rFonts w:ascii="Aptos" w:hAnsi="Aptos"/>
          <w:bCs/>
          <w:sz w:val="24"/>
          <w:szCs w:val="24"/>
        </w:rPr>
      </w:pPr>
    </w:p>
    <w:p w14:paraId="07DD86EF" w14:textId="708C1D38" w:rsidR="000C61F5" w:rsidRDefault="000C61F5">
      <w:pPr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V Sedlčanech dne:----------------------------------------</w:t>
      </w:r>
    </w:p>
    <w:p w14:paraId="23A9BD4B" w14:textId="77777777" w:rsidR="00F92971" w:rsidRDefault="00F92971">
      <w:pPr>
        <w:rPr>
          <w:rFonts w:ascii="Aptos" w:hAnsi="Aptos"/>
          <w:bCs/>
          <w:sz w:val="24"/>
          <w:szCs w:val="24"/>
        </w:rPr>
      </w:pPr>
    </w:p>
    <w:p w14:paraId="13BFF01A" w14:textId="2199AE4A" w:rsidR="000C61F5" w:rsidRPr="000C61F5" w:rsidRDefault="000C61F5">
      <w:pPr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Podpis zákonných zástupců:------------------------------------------------------------------------</w:t>
      </w:r>
    </w:p>
    <w:sectPr w:rsidR="000C61F5" w:rsidRPr="000C61F5" w:rsidSect="00034616">
      <w:headerReference w:type="default" r:id="rId8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5467D" w14:textId="77777777" w:rsidR="00F97F50" w:rsidRDefault="00F97F50" w:rsidP="000C61F5">
      <w:pPr>
        <w:spacing w:after="0" w:line="240" w:lineRule="auto"/>
      </w:pPr>
      <w:r>
        <w:separator/>
      </w:r>
    </w:p>
  </w:endnote>
  <w:endnote w:type="continuationSeparator" w:id="0">
    <w:p w14:paraId="1D827AC0" w14:textId="77777777" w:rsidR="00F97F50" w:rsidRDefault="00F97F50" w:rsidP="000C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8CE72" w14:textId="77777777" w:rsidR="00F97F50" w:rsidRDefault="00F97F50" w:rsidP="000C61F5">
      <w:pPr>
        <w:spacing w:after="0" w:line="240" w:lineRule="auto"/>
      </w:pPr>
      <w:r>
        <w:separator/>
      </w:r>
    </w:p>
  </w:footnote>
  <w:footnote w:type="continuationSeparator" w:id="0">
    <w:p w14:paraId="147B3846" w14:textId="77777777" w:rsidR="00F97F50" w:rsidRDefault="00F97F50" w:rsidP="000C6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2835" w14:textId="43F166F7" w:rsidR="000C61F5" w:rsidRPr="000C61F5" w:rsidRDefault="000C61F5" w:rsidP="000C61F5">
    <w:pPr>
      <w:pStyle w:val="Zhlav"/>
      <w:jc w:val="center"/>
      <w:rPr>
        <w:i/>
        <w:iCs/>
        <w:sz w:val="20"/>
        <w:szCs w:val="20"/>
      </w:rPr>
    </w:pPr>
    <w:r w:rsidRPr="000C61F5">
      <w:rPr>
        <w:i/>
        <w:iCs/>
        <w:sz w:val="20"/>
        <w:szCs w:val="20"/>
      </w:rPr>
      <w:t>Mateřská škola Sedlčany, příspěvková organizace, Šafaříkova 1070, 264 01 Sedlčany, IČ 70999058, www.ms-sedlcany.cz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7270581">
    <w:abstractNumId w:val="8"/>
  </w:num>
  <w:num w:numId="2" w16cid:durableId="1401370998">
    <w:abstractNumId w:val="6"/>
  </w:num>
  <w:num w:numId="3" w16cid:durableId="2060780674">
    <w:abstractNumId w:val="5"/>
  </w:num>
  <w:num w:numId="4" w16cid:durableId="1133789028">
    <w:abstractNumId w:val="4"/>
  </w:num>
  <w:num w:numId="5" w16cid:durableId="84614689">
    <w:abstractNumId w:val="7"/>
  </w:num>
  <w:num w:numId="6" w16cid:durableId="1594823858">
    <w:abstractNumId w:val="3"/>
  </w:num>
  <w:num w:numId="7" w16cid:durableId="1156604457">
    <w:abstractNumId w:val="2"/>
  </w:num>
  <w:num w:numId="8" w16cid:durableId="1935436642">
    <w:abstractNumId w:val="1"/>
  </w:num>
  <w:num w:numId="9" w16cid:durableId="60866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1F5"/>
    <w:rsid w:val="0015074B"/>
    <w:rsid w:val="00285144"/>
    <w:rsid w:val="0029639D"/>
    <w:rsid w:val="00326F90"/>
    <w:rsid w:val="004D07FA"/>
    <w:rsid w:val="00AA1D8D"/>
    <w:rsid w:val="00B47730"/>
    <w:rsid w:val="00CB0664"/>
    <w:rsid w:val="00F92971"/>
    <w:rsid w:val="00F9773E"/>
    <w:rsid w:val="00F97F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59CBA"/>
  <w14:defaultImageDpi w14:val="300"/>
  <w15:docId w15:val="{F9A4D06B-6D89-48EC-BF6B-92A7BF8C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Ředitelka</cp:lastModifiedBy>
  <cp:revision>2</cp:revision>
  <cp:lastPrinted>2026-07-15T11:01:00Z</cp:lastPrinted>
  <dcterms:created xsi:type="dcterms:W3CDTF">2026-07-15T11:05:00Z</dcterms:created>
  <dcterms:modified xsi:type="dcterms:W3CDTF">2026-07-15T11:05:00Z</dcterms:modified>
  <cp:category/>
</cp:coreProperties>
</file>